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DC256" w14:textId="5E9D2087" w:rsidR="00AC4C7E" w:rsidRDefault="00A832C4">
      <w:pPr>
        <w:spacing w:after="40"/>
      </w:pPr>
      <w:proofErr w:type="gramStart"/>
      <w:r>
        <w:rPr>
          <w:b/>
          <w:color w:val="6B7280"/>
          <w:sz w:val="18"/>
        </w:rPr>
        <w:t>EDU  |</w:t>
      </w:r>
      <w:proofErr w:type="gramEnd"/>
      <w:r>
        <w:rPr>
          <w:b/>
          <w:color w:val="6B7280"/>
          <w:sz w:val="18"/>
        </w:rPr>
        <w:t xml:space="preserve">  AI Mentorship Programme 2026–27</w:t>
      </w:r>
    </w:p>
    <w:p w14:paraId="40A50482" w14:textId="0C1FF1A3" w:rsidR="00AC4C7E" w:rsidRDefault="00A832C4">
      <w:pPr>
        <w:pStyle w:val="Title"/>
        <w:spacing w:before="480" w:after="60"/>
      </w:pPr>
      <w:r>
        <w:t>Mentorship Pair</w:t>
      </w:r>
      <w:r w:rsidR="00D1128D">
        <w:t xml:space="preserve"> </w:t>
      </w:r>
      <w:r>
        <w:t>Reflective Portfolio</w:t>
      </w:r>
    </w:p>
    <w:p w14:paraId="15AAB7F7" w14:textId="77777777" w:rsidR="00AC4C7E" w:rsidRDefault="00A832C4">
      <w:pPr>
        <w:spacing w:after="360"/>
      </w:pPr>
      <w:r>
        <w:rPr>
          <w:b/>
          <w:color w:val="1F5A91"/>
          <w:sz w:val="22"/>
        </w:rPr>
        <w:t>OUTSTANDING PAIR AWARD SUBMISSION TEMPLATE</w:t>
      </w:r>
    </w:p>
    <w:tbl>
      <w:tblPr>
        <w:tblW w:w="0" w:type="auto"/>
        <w:jc w:val="center"/>
        <w:tblBorders>
          <w:top w:val="single" w:sz="4" w:space="0" w:color="C9D5E1"/>
          <w:left w:val="single" w:sz="4" w:space="0" w:color="C9D5E1"/>
          <w:bottom w:val="single" w:sz="4" w:space="0" w:color="C9D5E1"/>
          <w:right w:val="single" w:sz="4" w:space="0" w:color="C9D5E1"/>
          <w:insideH w:val="single" w:sz="4" w:space="0" w:color="C9D5E1"/>
          <w:insideV w:val="single" w:sz="4" w:space="0" w:color="C9D5E1"/>
        </w:tblBorders>
        <w:tblLook w:val="04A0" w:firstRow="1" w:lastRow="0" w:firstColumn="1" w:lastColumn="0" w:noHBand="0" w:noVBand="1"/>
      </w:tblPr>
      <w:tblGrid>
        <w:gridCol w:w="10156"/>
      </w:tblGrid>
      <w:tr w:rsidR="00AC4C7E" w14:paraId="42335ABB" w14:textId="77777777">
        <w:trPr>
          <w:jc w:val="center"/>
        </w:trPr>
        <w:tc>
          <w:tcPr>
            <w:tcW w:w="10166" w:type="dxa"/>
            <w:shd w:val="clear" w:color="auto" w:fill="EAF2F8"/>
            <w:tcMar>
              <w:top w:w="160" w:type="dxa"/>
              <w:left w:w="180" w:type="dxa"/>
              <w:bottom w:w="160" w:type="dxa"/>
              <w:right w:w="180" w:type="dxa"/>
            </w:tcMar>
          </w:tcPr>
          <w:p w14:paraId="51604862" w14:textId="77777777" w:rsidR="00AC4C7E" w:rsidRDefault="00A832C4">
            <w:pPr>
              <w:spacing w:after="100"/>
            </w:pPr>
            <w:r>
              <w:rPr>
                <w:b/>
                <w:color w:val="1F5A91"/>
                <w:sz w:val="24"/>
              </w:rPr>
              <w:t>About this portfolio</w:t>
            </w:r>
          </w:p>
          <w:p w14:paraId="75C5C6A4" w14:textId="77777777" w:rsidR="00AC4C7E" w:rsidRDefault="00A832C4">
            <w:pPr>
              <w:spacing w:after="80"/>
            </w:pPr>
            <w:r>
              <w:t xml:space="preserve">This portfolio is an opportunity to tell the story of your work together during the AI Mentorship </w:t>
            </w:r>
            <w:r>
              <w:t>Programme: what you set out to explore, what you developed or tried, what you learned, and what impact your work has had or could have.</w:t>
            </w:r>
          </w:p>
          <w:p w14:paraId="3F628920" w14:textId="77777777" w:rsidR="00AC4C7E" w:rsidRDefault="00A832C4">
            <w:pPr>
              <w:spacing w:after="0"/>
            </w:pPr>
            <w:r>
              <w:t>Pairs who would like to be considered for an Outstanding Pair Award should submit one shared reflective portfolio at the</w:t>
            </w:r>
            <w:r>
              <w:t xml:space="preserve"> end of the programme.</w:t>
            </w:r>
          </w:p>
        </w:tc>
      </w:tr>
    </w:tbl>
    <w:p w14:paraId="472C8410" w14:textId="77777777" w:rsidR="00AC4C7E" w:rsidRDefault="00AC4C7E"/>
    <w:p w14:paraId="11D32245" w14:textId="77777777" w:rsidR="00AC4C7E" w:rsidRDefault="00A832C4">
      <w:pPr>
        <w:pStyle w:val="Heading2"/>
      </w:pPr>
      <w:r>
        <w:t>Pair details</w:t>
      </w:r>
    </w:p>
    <w:tbl>
      <w:tblPr>
        <w:tblW w:w="0" w:type="auto"/>
        <w:jc w:val="center"/>
        <w:tblBorders>
          <w:top w:val="single" w:sz="4" w:space="0" w:color="C9D5E1"/>
          <w:left w:val="single" w:sz="4" w:space="0" w:color="C9D5E1"/>
          <w:bottom w:val="single" w:sz="4" w:space="0" w:color="C9D5E1"/>
          <w:right w:val="single" w:sz="4" w:space="0" w:color="C9D5E1"/>
          <w:insideH w:val="single" w:sz="4" w:space="0" w:color="C9D5E1"/>
          <w:insideV w:val="single" w:sz="4" w:space="0" w:color="C9D5E1"/>
        </w:tblBorders>
        <w:tblLayout w:type="fixed"/>
        <w:tblLook w:val="04A0" w:firstRow="1" w:lastRow="0" w:firstColumn="1" w:lastColumn="0" w:noHBand="0" w:noVBand="1"/>
      </w:tblPr>
      <w:tblGrid>
        <w:gridCol w:w="5083"/>
        <w:gridCol w:w="5083"/>
      </w:tblGrid>
      <w:tr w:rsidR="00AC4C7E" w14:paraId="192406E6" w14:textId="77777777">
        <w:trPr>
          <w:jc w:val="center"/>
        </w:trPr>
        <w:tc>
          <w:tcPr>
            <w:tcW w:w="5083" w:type="dxa"/>
            <w:shd w:val="clear" w:color="auto" w:fill="D8E8F4"/>
            <w:tcMar>
              <w:top w:w="90" w:type="dxa"/>
              <w:left w:w="120" w:type="dxa"/>
              <w:bottom w:w="90" w:type="dxa"/>
              <w:right w:w="120" w:type="dxa"/>
            </w:tcMar>
            <w:vAlign w:val="center"/>
          </w:tcPr>
          <w:p w14:paraId="6BD67D57" w14:textId="77777777" w:rsidR="00AC4C7E" w:rsidRDefault="00A832C4">
            <w:r>
              <w:rPr>
                <w:b/>
              </w:rPr>
              <w:t>Mentor</w:t>
            </w:r>
          </w:p>
        </w:tc>
        <w:tc>
          <w:tcPr>
            <w:tcW w:w="5083" w:type="dxa"/>
            <w:shd w:val="clear" w:color="auto" w:fill="FFFFFF"/>
            <w:tcMar>
              <w:top w:w="90" w:type="dxa"/>
              <w:left w:w="120" w:type="dxa"/>
              <w:bottom w:w="90" w:type="dxa"/>
              <w:right w:w="120" w:type="dxa"/>
            </w:tcMar>
            <w:vAlign w:val="center"/>
          </w:tcPr>
          <w:p w14:paraId="1E936F5D" w14:textId="77777777" w:rsidR="00AC4C7E" w:rsidRDefault="00A832C4">
            <w:r>
              <w:t xml:space="preserve">    </w:t>
            </w:r>
          </w:p>
        </w:tc>
      </w:tr>
      <w:tr w:rsidR="00AC4C7E" w14:paraId="65ABEFEC" w14:textId="77777777">
        <w:trPr>
          <w:jc w:val="center"/>
        </w:trPr>
        <w:tc>
          <w:tcPr>
            <w:tcW w:w="5083" w:type="dxa"/>
            <w:shd w:val="clear" w:color="auto" w:fill="D8E8F4"/>
            <w:tcMar>
              <w:top w:w="90" w:type="dxa"/>
              <w:left w:w="120" w:type="dxa"/>
              <w:bottom w:w="90" w:type="dxa"/>
              <w:right w:w="120" w:type="dxa"/>
            </w:tcMar>
            <w:vAlign w:val="center"/>
          </w:tcPr>
          <w:p w14:paraId="16295D4E" w14:textId="77777777" w:rsidR="00AC4C7E" w:rsidRDefault="00A832C4">
            <w:r>
              <w:rPr>
                <w:b/>
              </w:rPr>
              <w:t>Mentee</w:t>
            </w:r>
          </w:p>
        </w:tc>
        <w:tc>
          <w:tcPr>
            <w:tcW w:w="5083" w:type="dxa"/>
            <w:shd w:val="clear" w:color="auto" w:fill="FFFFFF"/>
            <w:tcMar>
              <w:top w:w="90" w:type="dxa"/>
              <w:left w:w="120" w:type="dxa"/>
              <w:bottom w:w="90" w:type="dxa"/>
              <w:right w:w="120" w:type="dxa"/>
            </w:tcMar>
            <w:vAlign w:val="center"/>
          </w:tcPr>
          <w:p w14:paraId="4BED3235" w14:textId="77777777" w:rsidR="00AC4C7E" w:rsidRDefault="00A832C4">
            <w:r>
              <w:t xml:space="preserve">    </w:t>
            </w:r>
          </w:p>
        </w:tc>
      </w:tr>
      <w:tr w:rsidR="00AC4C7E" w14:paraId="693A2713" w14:textId="77777777">
        <w:trPr>
          <w:jc w:val="center"/>
        </w:trPr>
        <w:tc>
          <w:tcPr>
            <w:tcW w:w="5083" w:type="dxa"/>
            <w:shd w:val="clear" w:color="auto" w:fill="D8E8F4"/>
            <w:tcMar>
              <w:top w:w="90" w:type="dxa"/>
              <w:left w:w="120" w:type="dxa"/>
              <w:bottom w:w="90" w:type="dxa"/>
              <w:right w:w="120" w:type="dxa"/>
            </w:tcMar>
            <w:vAlign w:val="center"/>
          </w:tcPr>
          <w:p w14:paraId="10201451" w14:textId="77777777" w:rsidR="00AC4C7E" w:rsidRDefault="00A832C4">
            <w:r>
              <w:rPr>
                <w:b/>
              </w:rPr>
              <w:t>School/Department(s)</w:t>
            </w:r>
          </w:p>
        </w:tc>
        <w:tc>
          <w:tcPr>
            <w:tcW w:w="5083" w:type="dxa"/>
            <w:shd w:val="clear" w:color="auto" w:fill="FFFFFF"/>
            <w:tcMar>
              <w:top w:w="90" w:type="dxa"/>
              <w:left w:w="120" w:type="dxa"/>
              <w:bottom w:w="90" w:type="dxa"/>
              <w:right w:w="120" w:type="dxa"/>
            </w:tcMar>
            <w:vAlign w:val="center"/>
          </w:tcPr>
          <w:p w14:paraId="39B82A43" w14:textId="77777777" w:rsidR="00AC4C7E" w:rsidRDefault="00A832C4">
            <w:r>
              <w:t xml:space="preserve">    </w:t>
            </w:r>
          </w:p>
        </w:tc>
      </w:tr>
      <w:tr w:rsidR="00AC4C7E" w14:paraId="19A1AD02" w14:textId="77777777">
        <w:trPr>
          <w:jc w:val="center"/>
        </w:trPr>
        <w:tc>
          <w:tcPr>
            <w:tcW w:w="5083" w:type="dxa"/>
            <w:shd w:val="clear" w:color="auto" w:fill="D8E8F4"/>
            <w:tcMar>
              <w:top w:w="90" w:type="dxa"/>
              <w:left w:w="120" w:type="dxa"/>
              <w:bottom w:w="90" w:type="dxa"/>
              <w:right w:w="120" w:type="dxa"/>
            </w:tcMar>
            <w:vAlign w:val="center"/>
          </w:tcPr>
          <w:p w14:paraId="76FA02D4" w14:textId="77777777" w:rsidR="00AC4C7E" w:rsidRDefault="00A832C4">
            <w:r>
              <w:rPr>
                <w:b/>
              </w:rPr>
              <w:t>Project/topic</w:t>
            </w:r>
          </w:p>
        </w:tc>
        <w:tc>
          <w:tcPr>
            <w:tcW w:w="5083" w:type="dxa"/>
            <w:shd w:val="clear" w:color="auto" w:fill="FFFFFF"/>
            <w:tcMar>
              <w:top w:w="90" w:type="dxa"/>
              <w:left w:w="120" w:type="dxa"/>
              <w:bottom w:w="90" w:type="dxa"/>
              <w:right w:w="120" w:type="dxa"/>
            </w:tcMar>
            <w:vAlign w:val="center"/>
          </w:tcPr>
          <w:p w14:paraId="704B73AD" w14:textId="77777777" w:rsidR="00AC4C7E" w:rsidRDefault="00A832C4">
            <w:r>
              <w:t xml:space="preserve">    </w:t>
            </w:r>
          </w:p>
        </w:tc>
      </w:tr>
      <w:tr w:rsidR="00AC4C7E" w14:paraId="65F7DEAF" w14:textId="77777777">
        <w:trPr>
          <w:jc w:val="center"/>
        </w:trPr>
        <w:tc>
          <w:tcPr>
            <w:tcW w:w="5083" w:type="dxa"/>
            <w:shd w:val="clear" w:color="auto" w:fill="D8E8F4"/>
            <w:tcMar>
              <w:top w:w="90" w:type="dxa"/>
              <w:left w:w="120" w:type="dxa"/>
              <w:bottom w:w="90" w:type="dxa"/>
              <w:right w:w="120" w:type="dxa"/>
            </w:tcMar>
            <w:vAlign w:val="center"/>
          </w:tcPr>
          <w:p w14:paraId="6A76F4A0" w14:textId="77777777" w:rsidR="00AC4C7E" w:rsidRDefault="00A832C4">
            <w:r>
              <w:rPr>
                <w:b/>
              </w:rPr>
              <w:t>Portfolio format</w:t>
            </w:r>
          </w:p>
        </w:tc>
        <w:tc>
          <w:tcPr>
            <w:tcW w:w="5083" w:type="dxa"/>
            <w:shd w:val="clear" w:color="auto" w:fill="FFFFFF"/>
            <w:tcMar>
              <w:top w:w="90" w:type="dxa"/>
              <w:left w:w="120" w:type="dxa"/>
              <w:bottom w:w="90" w:type="dxa"/>
              <w:right w:w="120" w:type="dxa"/>
            </w:tcMar>
            <w:vAlign w:val="center"/>
          </w:tcPr>
          <w:p w14:paraId="7093823A" w14:textId="77777777" w:rsidR="00AC4C7E" w:rsidRDefault="00A832C4">
            <w:r>
              <w:t>Text and images / Video / Mixed media / Other</w:t>
            </w:r>
          </w:p>
        </w:tc>
      </w:tr>
    </w:tbl>
    <w:p w14:paraId="7126C3E7" w14:textId="77777777" w:rsidR="00AC4C7E" w:rsidRDefault="00AC4C7E"/>
    <w:p w14:paraId="77365712" w14:textId="77777777" w:rsidR="00AC4C7E" w:rsidRDefault="00A832C4">
      <w:pPr>
        <w:pStyle w:val="Heading2"/>
      </w:pPr>
      <w:r>
        <w:t>Choose the format that works for you</w:t>
      </w:r>
    </w:p>
    <w:p w14:paraId="7AB74BF1" w14:textId="77777777" w:rsidR="00AC4C7E" w:rsidRDefault="00A832C4">
      <w:r>
        <w:t xml:space="preserve">You are welcome to create your portfolio in whichever format best communicates your work. There is no expectation that you use a particular medium or create a highly polished production. </w:t>
      </w:r>
      <w:r>
        <w:rPr>
          <w:b/>
        </w:rPr>
        <w:t>The focus is on your work, learning, collaboration and impact.</w:t>
      </w:r>
    </w:p>
    <w:p w14:paraId="64E946DF" w14:textId="77777777" w:rsidR="00AC4C7E" w:rsidRDefault="00A832C4">
      <w:pPr>
        <w:pStyle w:val="ListBullet"/>
        <w:spacing w:after="40"/>
      </w:pPr>
      <w:r>
        <w:t>A writ</w:t>
      </w:r>
      <w:r>
        <w:t>ten portfolio supported by images, screenshots or other evidence</w:t>
      </w:r>
    </w:p>
    <w:p w14:paraId="6450CF9F" w14:textId="77777777" w:rsidR="00AC4C7E" w:rsidRDefault="00A832C4">
      <w:pPr>
        <w:pStyle w:val="ListBullet"/>
        <w:spacing w:after="40"/>
      </w:pPr>
      <w:r>
        <w:t>A video portfolio</w:t>
      </w:r>
    </w:p>
    <w:p w14:paraId="0B39F536" w14:textId="77777777" w:rsidR="00AC4C7E" w:rsidRDefault="00A832C4">
      <w:pPr>
        <w:pStyle w:val="ListBullet"/>
        <w:spacing w:after="40"/>
      </w:pPr>
      <w:r>
        <w:t>A combination of text, images and video</w:t>
      </w:r>
    </w:p>
    <w:p w14:paraId="4980C20D" w14:textId="77777777" w:rsidR="00AC4C7E" w:rsidRDefault="00A832C4">
      <w:pPr>
        <w:pStyle w:val="ListBullet"/>
        <w:spacing w:after="40"/>
      </w:pPr>
      <w:r>
        <w:t>Another digital format that is appropriate for your project</w:t>
      </w:r>
    </w:p>
    <w:p w14:paraId="6BA157B8" w14:textId="77777777" w:rsidR="00AC4C7E" w:rsidRDefault="00A832C4">
      <w:pPr>
        <w:pStyle w:val="Heading1"/>
        <w:pageBreakBefore/>
      </w:pPr>
      <w:r>
        <w:lastRenderedPageBreak/>
        <w:t>Part 1. What did you set out to do?</w:t>
      </w:r>
    </w:p>
    <w:p w14:paraId="27AF165F" w14:textId="77777777" w:rsidR="00AC4C7E" w:rsidRDefault="00A832C4">
      <w:pPr>
        <w:spacing w:after="80"/>
      </w:pPr>
      <w:r>
        <w:t xml:space="preserve">Briefly introduce your </w:t>
      </w:r>
      <w:r>
        <w:t>mentorship project. You may want to address:</w:t>
      </w:r>
    </w:p>
    <w:p w14:paraId="02F9FCFA" w14:textId="77777777" w:rsidR="00AC4C7E" w:rsidRDefault="00A832C4">
      <w:pPr>
        <w:pStyle w:val="ListBullet"/>
        <w:spacing w:after="40"/>
      </w:pPr>
      <w:r>
        <w:t>What topic, challenge or opportunity did you decide to explore?</w:t>
      </w:r>
    </w:p>
    <w:p w14:paraId="4B6ABAB7" w14:textId="77777777" w:rsidR="00AC4C7E" w:rsidRDefault="00A832C4">
      <w:pPr>
        <w:pStyle w:val="ListBullet"/>
        <w:spacing w:after="40"/>
      </w:pPr>
      <w:r>
        <w:t>What were your initial goals?</w:t>
      </w:r>
    </w:p>
    <w:p w14:paraId="5889EBA7" w14:textId="77777777" w:rsidR="00AC4C7E" w:rsidRDefault="00A832C4">
      <w:pPr>
        <w:pStyle w:val="ListBullet"/>
        <w:spacing w:after="40"/>
      </w:pPr>
      <w:r>
        <w:t>Why was this work relevant to your teaching, programme, students or professional practice?</w:t>
      </w:r>
    </w:p>
    <w:p w14:paraId="3E224919" w14:textId="77777777" w:rsidR="00AC4C7E" w:rsidRDefault="00A832C4">
      <w:pPr>
        <w:pStyle w:val="ListBullet"/>
        <w:spacing w:after="40"/>
      </w:pPr>
      <w:r>
        <w:t>Did your goals or directio</w:t>
      </w:r>
      <w:r>
        <w:t>n change as the project developed? If so, why?</w:t>
      </w:r>
    </w:p>
    <w:p w14:paraId="445B1F58" w14:textId="77777777" w:rsidR="00AC4C7E" w:rsidRDefault="00AC4C7E"/>
    <w:p w14:paraId="76CE55F2" w14:textId="77777777" w:rsidR="00AC4C7E" w:rsidRDefault="00A832C4">
      <w:pPr>
        <w:pStyle w:val="Heading1"/>
      </w:pPr>
      <w:r>
        <w:t>Part 2. What did you do together?</w:t>
      </w:r>
    </w:p>
    <w:p w14:paraId="64C42317" w14:textId="77777777" w:rsidR="00AC4C7E" w:rsidRDefault="00A832C4">
      <w:pPr>
        <w:spacing w:after="80"/>
      </w:pPr>
      <w:r>
        <w:t>Describe the work you carried out during the programme. You might include:</w:t>
      </w:r>
    </w:p>
    <w:p w14:paraId="53832510" w14:textId="77777777" w:rsidR="00AC4C7E" w:rsidRDefault="00A832C4">
      <w:pPr>
        <w:pStyle w:val="ListBullet"/>
        <w:spacing w:after="40"/>
      </w:pPr>
      <w:r>
        <w:t>Approaches, tools or strategies you explored</w:t>
      </w:r>
    </w:p>
    <w:p w14:paraId="6931AC61" w14:textId="77777777" w:rsidR="00AC4C7E" w:rsidRDefault="00A832C4">
      <w:pPr>
        <w:pStyle w:val="ListBullet"/>
        <w:spacing w:after="40"/>
      </w:pPr>
      <w:r>
        <w:t>Resources, activities, AI agents, curriculum changes o</w:t>
      </w:r>
      <w:r>
        <w:t>r other outputs you developed</w:t>
      </w:r>
    </w:p>
    <w:p w14:paraId="31AEEFB6" w14:textId="77777777" w:rsidR="00AC4C7E" w:rsidRDefault="00A832C4">
      <w:pPr>
        <w:pStyle w:val="ListBullet"/>
        <w:spacing w:after="40"/>
      </w:pPr>
      <w:r>
        <w:t>Experimentation or piloting you conducted</w:t>
      </w:r>
    </w:p>
    <w:p w14:paraId="1F2EF73B" w14:textId="77777777" w:rsidR="00AC4C7E" w:rsidRDefault="00A832C4">
      <w:pPr>
        <w:pStyle w:val="ListBullet"/>
        <w:spacing w:after="40"/>
      </w:pPr>
      <w:r>
        <w:t>Feedback or evidence you collected</w:t>
      </w:r>
    </w:p>
    <w:p w14:paraId="67CF4B4D" w14:textId="77777777" w:rsidR="00AC4C7E" w:rsidRDefault="00A832C4">
      <w:pPr>
        <w:pStyle w:val="ListBullet"/>
        <w:spacing w:after="40"/>
      </w:pPr>
      <w:r>
        <w:t>Key decisions you made and how the mentor and mentee contributed to the work</w:t>
      </w:r>
    </w:p>
    <w:p w14:paraId="1688C402" w14:textId="77777777" w:rsidR="00AC4C7E" w:rsidRDefault="00A832C4">
      <w:pPr>
        <w:pStyle w:val="ListBullet"/>
        <w:spacing w:after="40"/>
      </w:pPr>
      <w:r>
        <w:t>Evidence such as screenshots, examples, links, student or colleague feed</w:t>
      </w:r>
      <w:r>
        <w:t>back, before-and-after examples, data, short demonstrations or other artefacts</w:t>
      </w:r>
    </w:p>
    <w:p w14:paraId="17D43DF2" w14:textId="77777777" w:rsidR="00AC4C7E" w:rsidRDefault="00AC4C7E"/>
    <w:tbl>
      <w:tblPr>
        <w:tblW w:w="0" w:type="auto"/>
        <w:jc w:val="center"/>
        <w:tblBorders>
          <w:top w:val="single" w:sz="4" w:space="0" w:color="C9D5E1"/>
          <w:left w:val="single" w:sz="4" w:space="0" w:color="C9D5E1"/>
          <w:bottom w:val="single" w:sz="4" w:space="0" w:color="C9D5E1"/>
          <w:right w:val="single" w:sz="4" w:space="0" w:color="C9D5E1"/>
          <w:insideH w:val="single" w:sz="4" w:space="0" w:color="C9D5E1"/>
          <w:insideV w:val="single" w:sz="4" w:space="0" w:color="C9D5E1"/>
        </w:tblBorders>
        <w:tblLook w:val="04A0" w:firstRow="1" w:lastRow="0" w:firstColumn="1" w:lastColumn="0" w:noHBand="0" w:noVBand="1"/>
      </w:tblPr>
      <w:tblGrid>
        <w:gridCol w:w="10156"/>
      </w:tblGrid>
      <w:tr w:rsidR="00AC4C7E" w14:paraId="2C89B37D" w14:textId="77777777">
        <w:trPr>
          <w:jc w:val="center"/>
        </w:trPr>
        <w:tc>
          <w:tcPr>
            <w:tcW w:w="10166" w:type="dxa"/>
            <w:shd w:val="clear" w:color="auto" w:fill="F3F5F7"/>
            <w:tcMar>
              <w:top w:w="110" w:type="dxa"/>
              <w:left w:w="140" w:type="dxa"/>
              <w:bottom w:w="110" w:type="dxa"/>
              <w:right w:w="140" w:type="dxa"/>
            </w:tcMar>
          </w:tcPr>
          <w:p w14:paraId="44592FC0" w14:textId="77777777" w:rsidR="00AC4C7E" w:rsidRDefault="00A832C4">
            <w:r>
              <w:rPr>
                <w:i/>
                <w:color w:val="6B7280"/>
              </w:rPr>
              <w:t>Tip: You do not need to document everything you did. Select the examples that best illustrate your work and development.</w:t>
            </w:r>
          </w:p>
        </w:tc>
      </w:tr>
    </w:tbl>
    <w:p w14:paraId="39B79AFA" w14:textId="77777777" w:rsidR="00AC4C7E" w:rsidRDefault="00AC4C7E"/>
    <w:p w14:paraId="53C1371F" w14:textId="77777777" w:rsidR="00AC4C7E" w:rsidRDefault="00A832C4">
      <w:pPr>
        <w:pStyle w:val="Heading1"/>
      </w:pPr>
      <w:r>
        <w:t>Part 3. What difference did your work make?</w:t>
      </w:r>
    </w:p>
    <w:p w14:paraId="366C72FC" w14:textId="77777777" w:rsidR="00AC4C7E" w:rsidRDefault="00A832C4">
      <w:pPr>
        <w:spacing w:after="80"/>
      </w:pPr>
      <w:r>
        <w:t>Reflect on the impact of the project. Depending on your project, this could include impact on teaching practice, curriculum design, student learning or experience, your use or understanding of AI, professional practice, colleagues, modules, programmes or S</w:t>
      </w:r>
      <w:r>
        <w:t>chools, or opportunities for wider adoption.</w:t>
      </w:r>
    </w:p>
    <w:p w14:paraId="7983F566" w14:textId="77777777" w:rsidR="00AC4C7E" w:rsidRDefault="00A832C4">
      <w:pPr>
        <w:pStyle w:val="ListBullet"/>
        <w:spacing w:after="40"/>
      </w:pPr>
      <w:r>
        <w:t>What changed as a result of your work?</w:t>
      </w:r>
    </w:p>
    <w:p w14:paraId="566A51AD" w14:textId="77777777" w:rsidR="00AC4C7E" w:rsidRDefault="00A832C4">
      <w:pPr>
        <w:pStyle w:val="ListBullet"/>
        <w:spacing w:after="40"/>
      </w:pPr>
      <w:r>
        <w:t>What evidence do you have of that change?</w:t>
      </w:r>
    </w:p>
    <w:p w14:paraId="47CC2AFF" w14:textId="77777777" w:rsidR="00AC4C7E" w:rsidRDefault="00A832C4">
      <w:pPr>
        <w:pStyle w:val="ListBullet"/>
        <w:spacing w:after="40"/>
      </w:pPr>
      <w:r>
        <w:t>What worked particularly well?</w:t>
      </w:r>
    </w:p>
    <w:p w14:paraId="7E9A479C" w14:textId="77777777" w:rsidR="00AC4C7E" w:rsidRDefault="00A832C4">
      <w:pPr>
        <w:pStyle w:val="ListBullet"/>
        <w:spacing w:after="40"/>
      </w:pPr>
      <w:r>
        <w:t>Were there any unexpected outcomes?</w:t>
      </w:r>
    </w:p>
    <w:p w14:paraId="7FBA16BE" w14:textId="77777777" w:rsidR="00AC4C7E" w:rsidRDefault="00A832C4">
      <w:pPr>
        <w:pStyle w:val="ListBullet"/>
        <w:spacing w:after="40"/>
      </w:pPr>
      <w:r>
        <w:t xml:space="preserve">If the impact is not yet fully visible, what impact do you </w:t>
      </w:r>
      <w:r>
        <w:t>expect the work to have and how could this be evaluated in future?</w:t>
      </w:r>
    </w:p>
    <w:p w14:paraId="21076698" w14:textId="77777777" w:rsidR="00AC4C7E" w:rsidRDefault="00AC4C7E"/>
    <w:p w14:paraId="33F79A87" w14:textId="77777777" w:rsidR="00AC4C7E" w:rsidRDefault="00A832C4">
      <w:r>
        <w:br w:type="page"/>
      </w:r>
    </w:p>
    <w:p w14:paraId="3CF0078F" w14:textId="77777777" w:rsidR="00AC4C7E" w:rsidRDefault="00A832C4">
      <w:pPr>
        <w:pStyle w:val="Heading1"/>
      </w:pPr>
      <w:r>
        <w:lastRenderedPageBreak/>
        <w:t>Part 4. What did you learn from working together?</w:t>
      </w:r>
    </w:p>
    <w:p w14:paraId="5F5EBC9C" w14:textId="77777777" w:rsidR="00AC4C7E" w:rsidRDefault="00A832C4">
      <w:pPr>
        <w:spacing w:after="80"/>
      </w:pPr>
      <w:r>
        <w:t>Reflect on the mentorship partnership itself as well as the project. You might consider:</w:t>
      </w:r>
    </w:p>
    <w:p w14:paraId="50768756" w14:textId="77777777" w:rsidR="00AC4C7E" w:rsidRDefault="00A832C4">
      <w:pPr>
        <w:pStyle w:val="ListBullet"/>
        <w:spacing w:after="40"/>
      </w:pPr>
      <w:r>
        <w:t>What did each of you learn from the other?</w:t>
      </w:r>
    </w:p>
    <w:p w14:paraId="6E32BFD6" w14:textId="77777777" w:rsidR="00AC4C7E" w:rsidRDefault="00A832C4">
      <w:pPr>
        <w:pStyle w:val="ListBullet"/>
        <w:spacing w:after="40"/>
      </w:pPr>
      <w:r>
        <w:t xml:space="preserve">How </w:t>
      </w:r>
      <w:r>
        <w:t>did your ideas or practice develop through the partnership?</w:t>
      </w:r>
    </w:p>
    <w:p w14:paraId="2BF66D87" w14:textId="77777777" w:rsidR="00AC4C7E" w:rsidRDefault="00A832C4">
      <w:pPr>
        <w:pStyle w:val="ListBullet"/>
        <w:spacing w:after="40"/>
      </w:pPr>
      <w:r>
        <w:t>What aspects of the collaboration were particularly valuable?</w:t>
      </w:r>
    </w:p>
    <w:p w14:paraId="27D4A664" w14:textId="77777777" w:rsidR="00AC4C7E" w:rsidRDefault="00A832C4">
      <w:pPr>
        <w:pStyle w:val="ListBullet"/>
        <w:spacing w:after="40"/>
      </w:pPr>
      <w:r>
        <w:t>What challenges did you encounter and how did you respond to them?</w:t>
      </w:r>
    </w:p>
    <w:p w14:paraId="240015B5" w14:textId="77777777" w:rsidR="00AC4C7E" w:rsidRDefault="00A832C4">
      <w:pPr>
        <w:pStyle w:val="ListBullet"/>
        <w:spacing w:after="40"/>
      </w:pPr>
      <w:r>
        <w:t>Did the mentor also learn or change their practice through the ment</w:t>
      </w:r>
      <w:r>
        <w:t>orship?</w:t>
      </w:r>
    </w:p>
    <w:p w14:paraId="324D9041" w14:textId="77777777" w:rsidR="00AC4C7E" w:rsidRDefault="00A832C4">
      <w:pPr>
        <w:pStyle w:val="ListBullet"/>
        <w:spacing w:after="40"/>
      </w:pPr>
      <w:r>
        <w:t>What would you do differently if you were starting the project again?</w:t>
      </w:r>
    </w:p>
    <w:p w14:paraId="64A3DCBC" w14:textId="77777777" w:rsidR="00AC4C7E" w:rsidRDefault="00AC4C7E"/>
    <w:tbl>
      <w:tblPr>
        <w:tblW w:w="0" w:type="auto"/>
        <w:jc w:val="center"/>
        <w:tblBorders>
          <w:top w:val="single" w:sz="4" w:space="0" w:color="C9D5E1"/>
          <w:left w:val="single" w:sz="4" w:space="0" w:color="C9D5E1"/>
          <w:bottom w:val="single" w:sz="4" w:space="0" w:color="C9D5E1"/>
          <w:right w:val="single" w:sz="4" w:space="0" w:color="C9D5E1"/>
          <w:insideH w:val="single" w:sz="4" w:space="0" w:color="C9D5E1"/>
          <w:insideV w:val="single" w:sz="4" w:space="0" w:color="C9D5E1"/>
        </w:tblBorders>
        <w:tblLook w:val="04A0" w:firstRow="1" w:lastRow="0" w:firstColumn="1" w:lastColumn="0" w:noHBand="0" w:noVBand="1"/>
      </w:tblPr>
      <w:tblGrid>
        <w:gridCol w:w="10156"/>
      </w:tblGrid>
      <w:tr w:rsidR="00AC4C7E" w14:paraId="369CC497" w14:textId="77777777">
        <w:trPr>
          <w:jc w:val="center"/>
        </w:trPr>
        <w:tc>
          <w:tcPr>
            <w:tcW w:w="10166" w:type="dxa"/>
            <w:shd w:val="clear" w:color="auto" w:fill="F3F5F7"/>
            <w:tcMar>
              <w:top w:w="110" w:type="dxa"/>
              <w:left w:w="140" w:type="dxa"/>
              <w:bottom w:w="110" w:type="dxa"/>
              <w:right w:w="140" w:type="dxa"/>
            </w:tcMar>
          </w:tcPr>
          <w:p w14:paraId="7D58114D" w14:textId="77777777" w:rsidR="00AC4C7E" w:rsidRDefault="00A832C4">
            <w:r>
              <w:rPr>
                <w:i/>
                <w:color w:val="6B7280"/>
              </w:rPr>
              <w:t>This section should reflect the perspectives of both the mentor and the mentee.</w:t>
            </w:r>
          </w:p>
        </w:tc>
      </w:tr>
    </w:tbl>
    <w:p w14:paraId="372E9405" w14:textId="77777777" w:rsidR="00AC4C7E" w:rsidRDefault="00AC4C7E"/>
    <w:p w14:paraId="10F16261" w14:textId="77777777" w:rsidR="00AC4C7E" w:rsidRDefault="00A832C4">
      <w:pPr>
        <w:pStyle w:val="Heading1"/>
      </w:pPr>
      <w:r>
        <w:t>Part 5. What happens next?</w:t>
      </w:r>
    </w:p>
    <w:p w14:paraId="1757DF8F" w14:textId="77777777" w:rsidR="00AC4C7E" w:rsidRDefault="00A832C4">
      <w:pPr>
        <w:spacing w:after="80"/>
      </w:pPr>
      <w:r>
        <w:t xml:space="preserve">Briefly describe how you intend to build on the work. For </w:t>
      </w:r>
      <w:r>
        <w:t>example:</w:t>
      </w:r>
    </w:p>
    <w:p w14:paraId="21282CE5" w14:textId="77777777" w:rsidR="00AC4C7E" w:rsidRDefault="00A832C4">
      <w:pPr>
        <w:pStyle w:val="ListBullet"/>
        <w:spacing w:after="40"/>
      </w:pPr>
      <w:r>
        <w:t>Will the approach continue to be used or developed?</w:t>
      </w:r>
    </w:p>
    <w:p w14:paraId="1D4F0CA8" w14:textId="77777777" w:rsidR="00AC4C7E" w:rsidRDefault="00A832C4">
      <w:pPr>
        <w:pStyle w:val="ListBullet"/>
        <w:spacing w:after="40"/>
      </w:pPr>
      <w:r>
        <w:t>Are you planning further testing or evaluation?</w:t>
      </w:r>
    </w:p>
    <w:p w14:paraId="7CA55D19" w14:textId="77777777" w:rsidR="00AC4C7E" w:rsidRDefault="00A832C4">
      <w:pPr>
        <w:pStyle w:val="ListBullet"/>
        <w:spacing w:after="40"/>
      </w:pPr>
      <w:r>
        <w:t>Could the work be adapted by other colleagues, modules or programmes?</w:t>
      </w:r>
    </w:p>
    <w:p w14:paraId="6EF180A4" w14:textId="77777777" w:rsidR="00AC4C7E" w:rsidRDefault="00A832C4">
      <w:pPr>
        <w:pStyle w:val="ListBullet"/>
        <w:spacing w:after="40"/>
      </w:pPr>
      <w:r>
        <w:t>Are there opportunities to share the work through a CPD session, Community of</w:t>
      </w:r>
      <w:r>
        <w:t xml:space="preserve"> Practice, conference, publication or other activity?</w:t>
      </w:r>
    </w:p>
    <w:p w14:paraId="41E0F775" w14:textId="77777777" w:rsidR="00AC4C7E" w:rsidRDefault="00A832C4">
      <w:pPr>
        <w:pStyle w:val="ListBullet"/>
        <w:spacing w:after="40"/>
      </w:pPr>
      <w:r>
        <w:t>What would be the logical next step for the project?</w:t>
      </w:r>
    </w:p>
    <w:p w14:paraId="6E822249" w14:textId="77777777" w:rsidR="00AC4C7E" w:rsidRDefault="00AC4C7E"/>
    <w:p w14:paraId="116A421C" w14:textId="77777777" w:rsidR="00AC4C7E" w:rsidRDefault="00A832C4">
      <w:pPr>
        <w:pStyle w:val="Heading1"/>
      </w:pPr>
      <w:r>
        <w:t>Part 6. Final reflection</w:t>
      </w:r>
    </w:p>
    <w:p w14:paraId="3476DBC1" w14:textId="77777777" w:rsidR="00AC4C7E" w:rsidRDefault="00A832C4">
      <w:pPr>
        <w:spacing w:after="120"/>
      </w:pPr>
      <w:r>
        <w:t>Looking back across the programme:</w:t>
      </w:r>
    </w:p>
    <w:tbl>
      <w:tblPr>
        <w:tblW w:w="0" w:type="auto"/>
        <w:jc w:val="center"/>
        <w:tblBorders>
          <w:top w:val="single" w:sz="4" w:space="0" w:color="C9D5E1"/>
          <w:left w:val="single" w:sz="4" w:space="0" w:color="C9D5E1"/>
          <w:bottom w:val="single" w:sz="4" w:space="0" w:color="C9D5E1"/>
          <w:right w:val="single" w:sz="4" w:space="0" w:color="C9D5E1"/>
          <w:insideH w:val="single" w:sz="4" w:space="0" w:color="C9D5E1"/>
          <w:insideV w:val="single" w:sz="4" w:space="0" w:color="C9D5E1"/>
        </w:tblBorders>
        <w:tblLook w:val="04A0" w:firstRow="1" w:lastRow="0" w:firstColumn="1" w:lastColumn="0" w:noHBand="0" w:noVBand="1"/>
      </w:tblPr>
      <w:tblGrid>
        <w:gridCol w:w="10156"/>
      </w:tblGrid>
      <w:tr w:rsidR="00AC4C7E" w14:paraId="7ED431E4" w14:textId="77777777">
        <w:trPr>
          <w:jc w:val="center"/>
        </w:trPr>
        <w:tc>
          <w:tcPr>
            <w:tcW w:w="10166" w:type="dxa"/>
            <w:shd w:val="clear" w:color="auto" w:fill="EAF2F8"/>
            <w:tcMar>
              <w:top w:w="180" w:type="dxa"/>
              <w:left w:w="180" w:type="dxa"/>
              <w:bottom w:w="180" w:type="dxa"/>
              <w:right w:w="180" w:type="dxa"/>
            </w:tcMar>
          </w:tcPr>
          <w:p w14:paraId="4ED93BB3" w14:textId="77777777" w:rsidR="00AC4C7E" w:rsidRDefault="00A832C4">
            <w:pPr>
              <w:jc w:val="center"/>
            </w:pPr>
            <w:r>
              <w:rPr>
                <w:b/>
                <w:color w:val="1F5A91"/>
                <w:sz w:val="24"/>
              </w:rPr>
              <w:t>What is the most important thing you achieved or learned together, and why does it matte</w:t>
            </w:r>
            <w:r>
              <w:rPr>
                <w:b/>
                <w:color w:val="1F5A91"/>
                <w:sz w:val="24"/>
              </w:rPr>
              <w:t>r?</w:t>
            </w:r>
          </w:p>
        </w:tc>
      </w:tr>
    </w:tbl>
    <w:p w14:paraId="2D8AFF4D" w14:textId="77777777" w:rsidR="00AC4C7E" w:rsidRDefault="00A832C4">
      <w:pPr>
        <w:spacing w:before="160"/>
      </w:pPr>
      <w:r>
        <w:t>You may also use this space to provide any suggestions for improving the AI Mentorship Programme in future.</w:t>
      </w:r>
    </w:p>
    <w:p w14:paraId="4870F009" w14:textId="77777777" w:rsidR="00AC4C7E" w:rsidRDefault="00A832C4">
      <w:r>
        <w:br w:type="page"/>
      </w:r>
    </w:p>
    <w:p w14:paraId="2FB5528D" w14:textId="77777777" w:rsidR="00AC4C7E" w:rsidRDefault="00A832C4">
      <w:pPr>
        <w:pStyle w:val="Heading1"/>
      </w:pPr>
      <w:r>
        <w:lastRenderedPageBreak/>
        <w:t>Guidance for different portfolio formats</w:t>
      </w:r>
    </w:p>
    <w:p w14:paraId="5A2CB76C" w14:textId="77777777" w:rsidR="00AC4C7E" w:rsidRDefault="00A832C4">
      <w:pPr>
        <w:pStyle w:val="Heading2"/>
      </w:pPr>
      <w:r>
        <w:t>Written or visual portfolio</w:t>
      </w:r>
    </w:p>
    <w:p w14:paraId="0085A007" w14:textId="77777777" w:rsidR="00AC4C7E" w:rsidRDefault="00A832C4">
      <w:r>
        <w:t xml:space="preserve">You can use the sections in this template as headings, but you do not </w:t>
      </w:r>
      <w:r>
        <w:t>need to follow the structure rigidly. Include images, screenshots, diagrams, links or other evidence wherever they help communicate your work.</w:t>
      </w:r>
    </w:p>
    <w:p w14:paraId="2158CE56" w14:textId="77777777" w:rsidR="00AC4C7E" w:rsidRDefault="00A832C4">
      <w:pPr>
        <w:pStyle w:val="Heading2"/>
      </w:pPr>
      <w:r>
        <w:t>Video portfolio</w:t>
      </w:r>
    </w:p>
    <w:p w14:paraId="66F09002" w14:textId="030E5AFA" w:rsidR="00AC4C7E" w:rsidRDefault="00A832C4">
      <w:r>
        <w:t>Use the questions in this template to structure the story of your project. Rather than simply spe</w:t>
      </w:r>
      <w:r>
        <w:t>aking to camera throughout, consider showing examples of your work, screen recordings, resources you created, project outputs or other evidence as you discuss them. Both mentor and mentee should contribute to the reflection, although you do not need to app</w:t>
      </w:r>
      <w:r>
        <w:t>ear together throughout the video.</w:t>
      </w:r>
    </w:p>
    <w:p w14:paraId="4CC7F2DC" w14:textId="77777777" w:rsidR="00B2522F" w:rsidRDefault="00B2522F" w:rsidP="00B2522F">
      <w:pPr>
        <w:rPr>
          <w:rFonts w:asciiTheme="minorHAnsi" w:hAnsiTheme="minorHAnsi"/>
          <w:color w:val="auto"/>
          <w:sz w:val="22"/>
        </w:rPr>
      </w:pPr>
      <w:r>
        <w:rPr>
          <w:b/>
          <w:bCs/>
        </w:rPr>
        <w:t>Free tools for creating your video:</w:t>
      </w:r>
      <w:r>
        <w:t> You don't need fancy software to create a great video. You can use videoconferencing tools already available at the university like</w:t>
      </w:r>
      <w:r>
        <w:rPr>
          <w:b/>
          <w:bCs/>
        </w:rPr>
        <w:t> Tencent</w:t>
      </w:r>
      <w:r>
        <w:t>, </w:t>
      </w:r>
      <w:proofErr w:type="spellStart"/>
      <w:r>
        <w:rPr>
          <w:b/>
          <w:bCs/>
        </w:rPr>
        <w:t>BigBlueButton</w:t>
      </w:r>
      <w:proofErr w:type="spellEnd"/>
      <w:r>
        <w:t> or </w:t>
      </w:r>
      <w:r>
        <w:rPr>
          <w:b/>
          <w:bCs/>
        </w:rPr>
        <w:t>Teams</w:t>
      </w:r>
      <w:r>
        <w:t>, where you can record yourself while sharing your presentation/screen when needed.</w:t>
      </w:r>
    </w:p>
    <w:p w14:paraId="2DBCB5C5" w14:textId="77777777" w:rsidR="00B2522F" w:rsidRDefault="00B2522F" w:rsidP="00B2522F">
      <w:r>
        <w:t>If you'd like to explore other video recording tools, you could consider using:</w:t>
      </w:r>
    </w:p>
    <w:p w14:paraId="3B9603DC" w14:textId="77777777" w:rsidR="00B2522F" w:rsidRDefault="00B2522F" w:rsidP="00B2522F">
      <w:pPr>
        <w:numPr>
          <w:ilvl w:val="0"/>
          <w:numId w:val="10"/>
        </w:numPr>
        <w:spacing w:after="160" w:line="256" w:lineRule="auto"/>
      </w:pPr>
      <w:hyperlink r:id="rId8" w:history="1">
        <w:r>
          <w:rPr>
            <w:rStyle w:val="Hyperlink"/>
            <w:color w:val="000000"/>
          </w:rPr>
          <w:t>Canva</w:t>
        </w:r>
      </w:hyperlink>
      <w:r>
        <w:t>: This is an excellent option for creating presentations, and it also includes a free video editor that's very easy to use.</w:t>
      </w:r>
    </w:p>
    <w:p w14:paraId="051ED8BB" w14:textId="77777777" w:rsidR="00B2522F" w:rsidRDefault="00B2522F" w:rsidP="00B2522F">
      <w:pPr>
        <w:numPr>
          <w:ilvl w:val="0"/>
          <w:numId w:val="10"/>
        </w:numPr>
        <w:spacing w:after="160" w:line="256" w:lineRule="auto"/>
      </w:pPr>
      <w:hyperlink r:id="rId9" w:history="1">
        <w:proofErr w:type="spellStart"/>
        <w:r>
          <w:rPr>
            <w:rStyle w:val="Hyperlink"/>
            <w:color w:val="000000"/>
          </w:rPr>
          <w:t>CapCut</w:t>
        </w:r>
        <w:proofErr w:type="spellEnd"/>
      </w:hyperlink>
      <w:r>
        <w:t>: A very popular and user-friendly video editing app for both desktop and mobile.</w:t>
      </w:r>
    </w:p>
    <w:p w14:paraId="58C4C9A3" w14:textId="5AFCB090" w:rsidR="00B2522F" w:rsidRDefault="00B2522F" w:rsidP="00B2522F">
      <w:pPr>
        <w:numPr>
          <w:ilvl w:val="0"/>
          <w:numId w:val="10"/>
        </w:numPr>
        <w:spacing w:after="160" w:line="256" w:lineRule="auto"/>
      </w:pPr>
      <w:hyperlink r:id="rId10" w:history="1">
        <w:r>
          <w:rPr>
            <w:rStyle w:val="Hyperlink"/>
            <w:color w:val="000000"/>
          </w:rPr>
          <w:t>Loom</w:t>
        </w:r>
      </w:hyperlink>
      <w:r>
        <w:t>: Great for quick screen recordings. You can record your screen and webcam at the same time to explain your work and reflections.</w:t>
      </w:r>
    </w:p>
    <w:p w14:paraId="2B0E6559" w14:textId="77777777" w:rsidR="00B2522F" w:rsidRDefault="00B2522F" w:rsidP="00B2522F">
      <w:pPr>
        <w:spacing w:after="160" w:line="256" w:lineRule="auto"/>
      </w:pPr>
    </w:p>
    <w:p w14:paraId="35D18F1B" w14:textId="77777777" w:rsidR="00AC4C7E" w:rsidRDefault="00A832C4">
      <w:pPr>
        <w:pStyle w:val="Heading2"/>
      </w:pPr>
      <w:r>
        <w:t>Mixed-media or alternative format</w:t>
      </w:r>
    </w:p>
    <w:p w14:paraId="436BD008" w14:textId="77777777" w:rsidR="00AC4C7E" w:rsidRDefault="00A832C4">
      <w:r>
        <w:t>You are welcome to combine formats or use another approach that suits your project. Make sure that the submission still makes clear what you aimed to achieve, what you did, what impact it</w:t>
      </w:r>
      <w:r>
        <w:t xml:space="preserve"> had, what you learned from working together, and what you plan to do next.</w:t>
      </w:r>
    </w:p>
    <w:p w14:paraId="1A1898DA" w14:textId="77777777" w:rsidR="00AC4C7E" w:rsidRDefault="00AC4C7E"/>
    <w:tbl>
      <w:tblPr>
        <w:tblW w:w="0" w:type="auto"/>
        <w:jc w:val="center"/>
        <w:tblBorders>
          <w:top w:val="single" w:sz="4" w:space="0" w:color="C9D5E1"/>
          <w:left w:val="single" w:sz="4" w:space="0" w:color="C9D5E1"/>
          <w:bottom w:val="single" w:sz="4" w:space="0" w:color="C9D5E1"/>
          <w:right w:val="single" w:sz="4" w:space="0" w:color="C9D5E1"/>
          <w:insideH w:val="single" w:sz="4" w:space="0" w:color="C9D5E1"/>
          <w:insideV w:val="single" w:sz="4" w:space="0" w:color="C9D5E1"/>
        </w:tblBorders>
        <w:tblLook w:val="04A0" w:firstRow="1" w:lastRow="0" w:firstColumn="1" w:lastColumn="0" w:noHBand="0" w:noVBand="1"/>
      </w:tblPr>
      <w:tblGrid>
        <w:gridCol w:w="10156"/>
      </w:tblGrid>
      <w:tr w:rsidR="00AC4C7E" w14:paraId="46141F86" w14:textId="77777777">
        <w:trPr>
          <w:jc w:val="center"/>
        </w:trPr>
        <w:tc>
          <w:tcPr>
            <w:tcW w:w="10166" w:type="dxa"/>
            <w:shd w:val="clear" w:color="auto" w:fill="D8E8F4"/>
            <w:tcMar>
              <w:top w:w="180" w:type="dxa"/>
              <w:left w:w="180" w:type="dxa"/>
              <w:bottom w:w="180" w:type="dxa"/>
              <w:right w:w="180" w:type="dxa"/>
            </w:tcMar>
          </w:tcPr>
          <w:p w14:paraId="3CACA3C9" w14:textId="77777777" w:rsidR="00AC4C7E" w:rsidRDefault="00A832C4">
            <w:pPr>
              <w:jc w:val="center"/>
            </w:pPr>
            <w:r>
              <w:rPr>
                <w:b/>
                <w:color w:val="1F5A91"/>
                <w:sz w:val="24"/>
              </w:rPr>
              <w:t>The quality of the reflection and evidence is more important than the format used.</w:t>
            </w:r>
          </w:p>
        </w:tc>
      </w:tr>
    </w:tbl>
    <w:p w14:paraId="0D0A38CA" w14:textId="77777777" w:rsidR="00AC4C7E" w:rsidRDefault="00AC4C7E"/>
    <w:p w14:paraId="5C316071" w14:textId="77777777" w:rsidR="00AC4C7E" w:rsidRDefault="00A832C4">
      <w:pPr>
        <w:pStyle w:val="SmallNote"/>
        <w:jc w:val="center"/>
      </w:pPr>
      <w:r>
        <w:t>AI Mentorship Programme 2026–27  |  EDU</w:t>
      </w:r>
    </w:p>
    <w:sectPr w:rsidR="00AC4C7E" w:rsidSect="00034616">
      <w:footerReference w:type="default" r:id="rId11"/>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D6272" w14:textId="77777777" w:rsidR="00A832C4" w:rsidRDefault="00A832C4">
      <w:pPr>
        <w:spacing w:after="0" w:line="240" w:lineRule="auto"/>
      </w:pPr>
      <w:r>
        <w:separator/>
      </w:r>
    </w:p>
  </w:endnote>
  <w:endnote w:type="continuationSeparator" w:id="0">
    <w:p w14:paraId="5262D6DF" w14:textId="77777777" w:rsidR="00A832C4" w:rsidRDefault="00A83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5271888"/>
      <w:docPartObj>
        <w:docPartGallery w:val="Page Numbers (Bottom of Page)"/>
        <w:docPartUnique/>
      </w:docPartObj>
    </w:sdtPr>
    <w:sdtEndPr>
      <w:rPr>
        <w:noProof/>
      </w:rPr>
    </w:sdtEndPr>
    <w:sdtContent>
      <w:p w14:paraId="3DE4E5DA" w14:textId="5D81C5A7" w:rsidR="00D1128D" w:rsidRDefault="00D112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07F11E" w14:textId="47527C44" w:rsidR="00AC4C7E" w:rsidRPr="00D1128D" w:rsidRDefault="00AC4C7E" w:rsidP="00D11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839" w14:textId="77777777" w:rsidR="00A832C4" w:rsidRDefault="00A832C4">
      <w:pPr>
        <w:spacing w:after="0" w:line="240" w:lineRule="auto"/>
      </w:pPr>
      <w:r>
        <w:separator/>
      </w:r>
    </w:p>
  </w:footnote>
  <w:footnote w:type="continuationSeparator" w:id="0">
    <w:p w14:paraId="0663235D" w14:textId="77777777" w:rsidR="00A832C4" w:rsidRDefault="00A832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D45367"/>
    <w:multiLevelType w:val="multilevel"/>
    <w:tmpl w:val="29D45367"/>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7B7C"/>
    <w:rsid w:val="0015074B"/>
    <w:rsid w:val="0029639D"/>
    <w:rsid w:val="00326F90"/>
    <w:rsid w:val="00A832C4"/>
    <w:rsid w:val="00AA1D8D"/>
    <w:rsid w:val="00AC4C7E"/>
    <w:rsid w:val="00B2522F"/>
    <w:rsid w:val="00B47730"/>
    <w:rsid w:val="00CB0664"/>
    <w:rsid w:val="00D1128D"/>
    <w:rsid w:val="00F204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7B7136"/>
  <w14:defaultImageDpi w14:val="300"/>
  <w15:docId w15:val="{86488455-FFDB-40AC-9D6E-EBD4B0D7A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43746"/>
      <w:sz w:val="21"/>
    </w:rPr>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b/>
      <w:bCs/>
      <w:color w:val="1F5A91"/>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1F5A9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5A91"/>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color w:val="6B7280"/>
      <w:sz w:val="18"/>
    </w:rPr>
  </w:style>
  <w:style w:type="character" w:styleId="Hyperlink">
    <w:name w:val="Hyperlink"/>
    <w:basedOn w:val="DefaultParagraphFont"/>
    <w:uiPriority w:val="99"/>
    <w:semiHidden/>
    <w:unhideWhenUsed/>
    <w:rsid w:val="00B2522F"/>
    <w:rPr>
      <w:color w:val="0000FF" w:themeColor="hyperlink"/>
      <w:u w:val="single"/>
      <w14:textFill>
        <w14:solidFill>
          <w14:srgbClr w14:val="000000"/>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2223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v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loom.com/" TargetMode="External"/><Relationship Id="rId4" Type="http://schemas.openxmlformats.org/officeDocument/2006/relationships/settings" Target="settings.xml"/><Relationship Id="rId9" Type="http://schemas.openxmlformats.org/officeDocument/2006/relationships/hyperlink" Target="https://www.capcut.com/tools/online-video-edi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Mentorship Programme 2026–27 – Mentorship Pair Reflective Portfolio</dc:title>
  <dc:subject>Outstanding Pair Award submission template</dc:subject>
  <dc:creator>EDU</dc:creator>
  <cp:keywords/>
  <dc:description>generated by python-docx</dc:description>
  <cp:lastModifiedBy>Olivia Yiqun Sun</cp:lastModifiedBy>
  <cp:revision>2</cp:revision>
  <dcterms:created xsi:type="dcterms:W3CDTF">2026-08-19T04:49:00Z</dcterms:created>
  <dcterms:modified xsi:type="dcterms:W3CDTF">2026-08-19T04:49:00Z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a1d6ea87-7282-4460-b852-be60b6151f44</vt:lpwstr>
  </property>
</Properties>
</file>